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-635"/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5260"/>
        <w:gridCol w:w="1459"/>
        <w:gridCol w:w="1025"/>
      </w:tblGrid>
      <w:tr w:rsidR="00C05095" w:rsidRPr="00EF57E6" w14:paraId="6B58E994" w14:textId="77777777" w:rsidTr="0046316B">
        <w:trPr>
          <w:trHeight w:val="165"/>
        </w:trPr>
        <w:tc>
          <w:tcPr>
            <w:tcW w:w="1836" w:type="dxa"/>
            <w:vMerge w:val="restart"/>
            <w:tcBorders>
              <w:right w:val="nil"/>
            </w:tcBorders>
          </w:tcPr>
          <w:p w14:paraId="55B63EDB" w14:textId="77777777" w:rsidR="00C05095" w:rsidRPr="00EF57E6" w:rsidRDefault="00C05095" w:rsidP="00C05095">
            <w:pPr>
              <w:rPr>
                <w:sz w:val="20"/>
                <w:szCs w:val="20"/>
              </w:rPr>
            </w:pPr>
            <w:bookmarkStart w:id="0" w:name="_Hlk219202751"/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3330379" wp14:editId="17192096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116205</wp:posOffset>
                  </wp:positionV>
                  <wp:extent cx="1028700" cy="1028700"/>
                  <wp:effectExtent l="0" t="0" r="0" b="0"/>
                  <wp:wrapTight wrapText="bothSides">
                    <wp:wrapPolygon edited="0">
                      <wp:start x="8267" y="0"/>
                      <wp:lineTo x="5867" y="800"/>
                      <wp:lineTo x="1600" y="3467"/>
                      <wp:lineTo x="0" y="8000"/>
                      <wp:lineTo x="0" y="13333"/>
                      <wp:lineTo x="1600" y="17867"/>
                      <wp:lineTo x="7200" y="21333"/>
                      <wp:lineTo x="8533" y="21333"/>
                      <wp:lineTo x="12800" y="21333"/>
                      <wp:lineTo x="14133" y="21333"/>
                      <wp:lineTo x="19733" y="17867"/>
                      <wp:lineTo x="21333" y="13333"/>
                      <wp:lineTo x="21333" y="8000"/>
                      <wp:lineTo x="20000" y="3733"/>
                      <wp:lineTo x="15467" y="800"/>
                      <wp:lineTo x="13067" y="0"/>
                      <wp:lineTo x="8267" y="0"/>
                    </wp:wrapPolygon>
                  </wp:wrapTight>
                  <wp:docPr id="1724248541" name="Picture 1" descr="Kurumsal Kimlik | Eskişehir Osmangazi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PIYLaPTAKsmIxc8PhYK2yA0_17" descr="Kurumsal Kimlik | Eskişehir Osmangazi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CFEFF"/>
                              </a:clrFrom>
                              <a:clrTo>
                                <a:srgbClr val="FCFE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7E6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A03D5FC" wp14:editId="403506EE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26035</wp:posOffset>
                      </wp:positionV>
                      <wp:extent cx="240665" cy="237490"/>
                      <wp:effectExtent l="0" t="0" r="0" b="0"/>
                      <wp:wrapNone/>
                      <wp:docPr id="3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66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B2E2DE" w14:textId="77777777" w:rsidR="00C05095" w:rsidRDefault="00C05095" w:rsidP="00C05095"/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03D5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margin-left:1.45pt;margin-top:2.05pt;width:18.95pt;height:18.7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" filled="f" stroked="f">
                      <v:textbox style="mso-fit-shape-to-text:t">
                        <w:txbxContent>
                          <w:p w14:paraId="5CB2E2DE" w14:textId="77777777" w:rsidR="00C05095" w:rsidRDefault="00C05095" w:rsidP="00C050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60" w:type="dxa"/>
            <w:vMerge w:val="restart"/>
            <w:tcBorders>
              <w:left w:val="nil"/>
            </w:tcBorders>
            <w:vAlign w:val="center"/>
          </w:tcPr>
          <w:p w14:paraId="4B963A17" w14:textId="77777777" w:rsidR="00C05095" w:rsidRPr="00D43861" w:rsidRDefault="00C05095" w:rsidP="00C05095">
            <w:pPr>
              <w:spacing w:line="228" w:lineRule="auto"/>
              <w:jc w:val="center"/>
              <w:rPr>
                <w:b/>
                <w:color w:val="548DD4" w:themeColor="text2" w:themeTint="99"/>
              </w:rPr>
            </w:pPr>
            <w:r w:rsidRPr="00D43861">
              <w:rPr>
                <w:b/>
                <w:color w:val="548DD4" w:themeColor="text2" w:themeTint="99"/>
              </w:rPr>
              <w:t>T.C.</w:t>
            </w:r>
          </w:p>
          <w:p w14:paraId="5D3F58B9" w14:textId="77777777" w:rsidR="00C05095" w:rsidRPr="00D43861" w:rsidRDefault="00C05095" w:rsidP="00C05095">
            <w:pPr>
              <w:spacing w:line="228" w:lineRule="auto"/>
              <w:jc w:val="center"/>
              <w:rPr>
                <w:b/>
                <w:color w:val="548DD4" w:themeColor="text2" w:themeTint="99"/>
              </w:rPr>
            </w:pPr>
            <w:r w:rsidRPr="00D43861">
              <w:rPr>
                <w:b/>
                <w:color w:val="548DD4" w:themeColor="text2" w:themeTint="99"/>
              </w:rPr>
              <w:t xml:space="preserve"> ESKİŞEHİR OSMANGAZİ ÜNİVERSİTESİ </w:t>
            </w:r>
          </w:p>
          <w:p w14:paraId="365CF7BD" w14:textId="77777777" w:rsidR="00D43861" w:rsidRPr="00D43861" w:rsidRDefault="00C05095" w:rsidP="00C05095">
            <w:pPr>
              <w:spacing w:line="228" w:lineRule="auto"/>
              <w:jc w:val="center"/>
              <w:rPr>
                <w:b/>
                <w:color w:val="548DD4" w:themeColor="text2" w:themeTint="99"/>
              </w:rPr>
            </w:pPr>
            <w:r w:rsidRPr="00D43861">
              <w:rPr>
                <w:b/>
                <w:color w:val="548DD4" w:themeColor="text2" w:themeTint="99"/>
              </w:rPr>
              <w:t xml:space="preserve">FEN FAKÜLTESİ </w:t>
            </w:r>
          </w:p>
          <w:p w14:paraId="623B9F46" w14:textId="7F7E9667" w:rsidR="00C05095" w:rsidRPr="00EF57E6" w:rsidRDefault="00D43861" w:rsidP="00C05095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D43861">
              <w:rPr>
                <w:color w:val="548DD4" w:themeColor="text2" w:themeTint="99"/>
              </w:rPr>
              <w:t xml:space="preserve"> </w:t>
            </w:r>
            <w:r w:rsidRPr="00D43861">
              <w:rPr>
                <w:b/>
                <w:color w:val="548DD4" w:themeColor="text2" w:themeTint="99"/>
              </w:rPr>
              <w:t>LABORATUVAR ZİYARETÇİ KAYIT ÇİZELGESİ</w:t>
            </w:r>
          </w:p>
        </w:tc>
        <w:tc>
          <w:tcPr>
            <w:tcW w:w="1459" w:type="dxa"/>
            <w:vAlign w:val="center"/>
          </w:tcPr>
          <w:p w14:paraId="245A3A1E" w14:textId="77777777" w:rsidR="00C05095" w:rsidRPr="00EF57E6" w:rsidRDefault="00C05095" w:rsidP="00C05095">
            <w:pPr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DOKÜMAN NO</w:t>
            </w:r>
          </w:p>
        </w:tc>
        <w:tc>
          <w:tcPr>
            <w:tcW w:w="1025" w:type="dxa"/>
            <w:vAlign w:val="center"/>
          </w:tcPr>
          <w:p w14:paraId="347443C7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C05095" w:rsidRPr="00EF57E6" w14:paraId="73420496" w14:textId="77777777" w:rsidTr="0046316B">
        <w:trPr>
          <w:trHeight w:val="165"/>
        </w:trPr>
        <w:tc>
          <w:tcPr>
            <w:tcW w:w="1836" w:type="dxa"/>
            <w:vMerge/>
            <w:tcBorders>
              <w:right w:val="nil"/>
            </w:tcBorders>
          </w:tcPr>
          <w:p w14:paraId="4D05CD20" w14:textId="77777777" w:rsidR="00C05095" w:rsidRPr="00EF57E6" w:rsidRDefault="00C05095" w:rsidP="00C05095">
            <w:pPr>
              <w:rPr>
                <w:sz w:val="48"/>
                <w:szCs w:val="48"/>
              </w:rPr>
            </w:pPr>
          </w:p>
        </w:tc>
        <w:tc>
          <w:tcPr>
            <w:tcW w:w="5260" w:type="dxa"/>
            <w:vMerge/>
            <w:tcBorders>
              <w:left w:val="nil"/>
            </w:tcBorders>
          </w:tcPr>
          <w:p w14:paraId="729B0FED" w14:textId="77777777" w:rsidR="00C05095" w:rsidRPr="00EF57E6" w:rsidRDefault="00C05095" w:rsidP="00C050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41BEE5FE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YAYIN TARİHİ</w:t>
            </w:r>
          </w:p>
        </w:tc>
        <w:tc>
          <w:tcPr>
            <w:tcW w:w="1025" w:type="dxa"/>
            <w:vAlign w:val="center"/>
          </w:tcPr>
          <w:p w14:paraId="538A1485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C05095" w:rsidRPr="00EF57E6" w14:paraId="709280AF" w14:textId="77777777" w:rsidTr="0046316B">
        <w:trPr>
          <w:trHeight w:val="165"/>
        </w:trPr>
        <w:tc>
          <w:tcPr>
            <w:tcW w:w="1836" w:type="dxa"/>
            <w:vMerge/>
            <w:tcBorders>
              <w:right w:val="nil"/>
            </w:tcBorders>
          </w:tcPr>
          <w:p w14:paraId="46B6D944" w14:textId="77777777" w:rsidR="00C05095" w:rsidRPr="00EF57E6" w:rsidRDefault="00C05095" w:rsidP="00C05095">
            <w:pPr>
              <w:rPr>
                <w:sz w:val="48"/>
                <w:szCs w:val="48"/>
              </w:rPr>
            </w:pPr>
          </w:p>
        </w:tc>
        <w:tc>
          <w:tcPr>
            <w:tcW w:w="5260" w:type="dxa"/>
            <w:vMerge/>
            <w:tcBorders>
              <w:left w:val="nil"/>
            </w:tcBorders>
          </w:tcPr>
          <w:p w14:paraId="6FB9D965" w14:textId="77777777" w:rsidR="00C05095" w:rsidRPr="00EF57E6" w:rsidRDefault="00C05095" w:rsidP="00C050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47D5F3C6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REVİZYON NO</w:t>
            </w:r>
          </w:p>
        </w:tc>
        <w:tc>
          <w:tcPr>
            <w:tcW w:w="1025" w:type="dxa"/>
            <w:vAlign w:val="center"/>
          </w:tcPr>
          <w:p w14:paraId="75F5C4F9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C05095" w:rsidRPr="00EF57E6" w14:paraId="55AD066F" w14:textId="77777777" w:rsidTr="0046316B">
        <w:trPr>
          <w:trHeight w:val="165"/>
        </w:trPr>
        <w:tc>
          <w:tcPr>
            <w:tcW w:w="1836" w:type="dxa"/>
            <w:vMerge/>
            <w:tcBorders>
              <w:right w:val="nil"/>
            </w:tcBorders>
          </w:tcPr>
          <w:p w14:paraId="3F5FC012" w14:textId="77777777" w:rsidR="00C05095" w:rsidRPr="00EF57E6" w:rsidRDefault="00C05095" w:rsidP="00C05095">
            <w:pPr>
              <w:rPr>
                <w:sz w:val="48"/>
                <w:szCs w:val="48"/>
              </w:rPr>
            </w:pPr>
          </w:p>
        </w:tc>
        <w:tc>
          <w:tcPr>
            <w:tcW w:w="5260" w:type="dxa"/>
            <w:vMerge/>
            <w:tcBorders>
              <w:left w:val="nil"/>
            </w:tcBorders>
          </w:tcPr>
          <w:p w14:paraId="57584E2D" w14:textId="77777777" w:rsidR="00C05095" w:rsidRPr="00EF57E6" w:rsidRDefault="00C05095" w:rsidP="00C050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71BBF3CE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REVİZYON TAR.</w:t>
            </w:r>
          </w:p>
        </w:tc>
        <w:tc>
          <w:tcPr>
            <w:tcW w:w="1025" w:type="dxa"/>
            <w:vAlign w:val="center"/>
          </w:tcPr>
          <w:p w14:paraId="52850F69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C05095" w:rsidRPr="00EF57E6" w14:paraId="3AD9738F" w14:textId="77777777" w:rsidTr="0046316B">
        <w:trPr>
          <w:trHeight w:val="165"/>
        </w:trPr>
        <w:tc>
          <w:tcPr>
            <w:tcW w:w="1836" w:type="dxa"/>
            <w:vMerge/>
            <w:tcBorders>
              <w:right w:val="nil"/>
            </w:tcBorders>
          </w:tcPr>
          <w:p w14:paraId="69DCC19D" w14:textId="77777777" w:rsidR="00C05095" w:rsidRPr="00EF57E6" w:rsidRDefault="00C05095" w:rsidP="00C05095">
            <w:pPr>
              <w:rPr>
                <w:sz w:val="48"/>
                <w:szCs w:val="48"/>
              </w:rPr>
            </w:pPr>
          </w:p>
        </w:tc>
        <w:tc>
          <w:tcPr>
            <w:tcW w:w="5260" w:type="dxa"/>
            <w:vMerge/>
            <w:tcBorders>
              <w:left w:val="nil"/>
            </w:tcBorders>
          </w:tcPr>
          <w:p w14:paraId="54FC9673" w14:textId="77777777" w:rsidR="00C05095" w:rsidRPr="00EF57E6" w:rsidRDefault="00C05095" w:rsidP="00C050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14:paraId="7924A1A0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SAYFA</w:t>
            </w:r>
          </w:p>
        </w:tc>
        <w:tc>
          <w:tcPr>
            <w:tcW w:w="1025" w:type="dxa"/>
            <w:vAlign w:val="center"/>
          </w:tcPr>
          <w:p w14:paraId="0D596DE4" w14:textId="4CCBA91A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780B98">
              <w:rPr>
                <w:b/>
                <w:bCs/>
                <w:sz w:val="16"/>
                <w:szCs w:val="16"/>
              </w:rPr>
              <w:fldChar w:fldCharType="begin"/>
            </w:r>
            <w:r w:rsidRPr="00780B98">
              <w:rPr>
                <w:b/>
                <w:bCs/>
                <w:sz w:val="16"/>
                <w:szCs w:val="16"/>
              </w:rPr>
              <w:instrText>PAGE  \* Arabic  \* MERGEFORMAT</w:instrText>
            </w:r>
            <w:r w:rsidRPr="00780B98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80B98">
              <w:rPr>
                <w:b/>
                <w:bCs/>
                <w:sz w:val="16"/>
                <w:szCs w:val="16"/>
              </w:rPr>
              <w:fldChar w:fldCharType="end"/>
            </w:r>
            <w:r w:rsidRPr="00780B98">
              <w:rPr>
                <w:b/>
                <w:sz w:val="16"/>
                <w:szCs w:val="16"/>
              </w:rPr>
              <w:t xml:space="preserve"> / </w:t>
            </w:r>
            <w:r w:rsidRPr="00780B98">
              <w:rPr>
                <w:b/>
                <w:bCs/>
                <w:sz w:val="16"/>
                <w:szCs w:val="16"/>
              </w:rPr>
              <w:fldChar w:fldCharType="begin"/>
            </w:r>
            <w:r w:rsidRPr="00780B98">
              <w:rPr>
                <w:b/>
                <w:bCs/>
                <w:sz w:val="16"/>
                <w:szCs w:val="16"/>
              </w:rPr>
              <w:instrText>NUMPAGES  \* Arabic  \* MERGEFORMAT</w:instrText>
            </w:r>
            <w:r w:rsidRPr="00780B98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80B98">
              <w:rPr>
                <w:b/>
                <w:bCs/>
                <w:sz w:val="16"/>
                <w:szCs w:val="16"/>
              </w:rPr>
              <w:fldChar w:fldCharType="end"/>
            </w:r>
          </w:p>
        </w:tc>
      </w:tr>
    </w:tbl>
    <w:bookmarkEnd w:id="0"/>
    <w:p w14:paraId="2DE71CA2" w14:textId="565C8818" w:rsidR="00D43861" w:rsidRPr="00D43861" w:rsidRDefault="0046316B" w:rsidP="00D43861">
      <w:pPr>
        <w:pStyle w:val="Balk1"/>
        <w:rPr>
          <w:lang w:val="tr-TR"/>
        </w:rPr>
      </w:pPr>
      <w:r w:rsidRPr="0046316B">
        <w:rPr>
          <w:noProof/>
        </w:rPr>
        <w:drawing>
          <wp:inline distT="0" distB="0" distL="0" distR="0" wp14:anchorId="0790698D" wp14:editId="6CB0D15B">
            <wp:extent cx="5486400" cy="355600"/>
            <wp:effectExtent l="0" t="0" r="0" b="0"/>
            <wp:docPr id="58889238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861">
        <w:rPr>
          <w:lang w:val="tr-TR"/>
        </w:rPr>
        <w:t>Sorumlu Öğretim Elemanı / Teknik Personel: .................................</w:t>
      </w:r>
    </w:p>
    <w:tbl>
      <w:tblPr>
        <w:tblW w:w="10622" w:type="dxa"/>
        <w:tblInd w:w="-1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7"/>
        <w:gridCol w:w="993"/>
        <w:gridCol w:w="2126"/>
        <w:gridCol w:w="1276"/>
        <w:gridCol w:w="1842"/>
        <w:gridCol w:w="851"/>
        <w:gridCol w:w="992"/>
        <w:gridCol w:w="1985"/>
      </w:tblGrid>
      <w:tr w:rsidR="00D43861" w:rsidRPr="00D43861" w14:paraId="6FFC0A91" w14:textId="77777777" w:rsidTr="00D43861">
        <w:trPr>
          <w:tblHeader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A44FA" w14:textId="77777777" w:rsidR="00D43861" w:rsidRPr="00D43861" w:rsidRDefault="00D43861" w:rsidP="00D4386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lang w:val="tr-TR" w:eastAsia="tr-TR"/>
              </w:rPr>
            </w:pPr>
            <w:r w:rsidRPr="00D43861">
              <w:rPr>
                <w:rFonts w:ascii="Arial" w:eastAsia="Arial" w:hAnsi="Arial" w:cs="Arial"/>
                <w:b/>
                <w:bCs/>
                <w:lang w:val="tr-TR" w:eastAsia="tr-TR"/>
              </w:rPr>
              <w:t>S. No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EDF4" w14:textId="77777777" w:rsidR="00D43861" w:rsidRPr="00D43861" w:rsidRDefault="00D43861" w:rsidP="00D4386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lang w:val="tr-TR" w:eastAsia="tr-TR"/>
              </w:rPr>
            </w:pPr>
            <w:r w:rsidRPr="00D43861">
              <w:rPr>
                <w:rFonts w:ascii="Arial" w:eastAsia="Arial" w:hAnsi="Arial" w:cs="Arial"/>
                <w:b/>
                <w:bCs/>
                <w:lang w:val="tr-TR" w:eastAsia="tr-TR"/>
              </w:rPr>
              <w:t>Tarih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9A041" w14:textId="77777777" w:rsidR="00D43861" w:rsidRPr="00D43861" w:rsidRDefault="00D43861" w:rsidP="00D4386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lang w:val="tr-TR" w:eastAsia="tr-TR"/>
              </w:rPr>
            </w:pPr>
            <w:r w:rsidRPr="00D43861">
              <w:rPr>
                <w:rFonts w:ascii="Arial" w:eastAsia="Arial" w:hAnsi="Arial" w:cs="Arial"/>
                <w:b/>
                <w:bCs/>
                <w:lang w:val="tr-TR" w:eastAsia="tr-TR"/>
              </w:rPr>
              <w:t>Adı Soyadı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A5B3" w14:textId="77777777" w:rsidR="00D43861" w:rsidRPr="00D43861" w:rsidRDefault="00D43861" w:rsidP="00D4386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lang w:val="tr-TR" w:eastAsia="tr-TR"/>
              </w:rPr>
            </w:pPr>
            <w:r w:rsidRPr="00D43861">
              <w:rPr>
                <w:rFonts w:ascii="Arial" w:eastAsia="Arial" w:hAnsi="Arial" w:cs="Arial"/>
                <w:b/>
                <w:bCs/>
                <w:lang w:val="tr-TR" w:eastAsia="tr-TR"/>
              </w:rPr>
              <w:t>Kurumu / Bölümü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26D76" w14:textId="77777777" w:rsidR="00D43861" w:rsidRPr="00D43861" w:rsidRDefault="00D43861" w:rsidP="00D4386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lang w:val="tr-TR" w:eastAsia="tr-TR"/>
              </w:rPr>
            </w:pPr>
            <w:r w:rsidRPr="00D43861">
              <w:rPr>
                <w:rFonts w:ascii="Arial" w:eastAsia="Arial" w:hAnsi="Arial" w:cs="Arial"/>
                <w:b/>
                <w:bCs/>
                <w:lang w:val="tr-TR" w:eastAsia="tr-TR"/>
              </w:rPr>
              <w:t>Ziyaret Amacı</w:t>
            </w: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E32DD" w14:textId="77777777" w:rsidR="00D43861" w:rsidRPr="00D43861" w:rsidRDefault="00D43861" w:rsidP="00D4386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lang w:val="tr-TR" w:eastAsia="tr-TR"/>
              </w:rPr>
            </w:pPr>
            <w:r w:rsidRPr="00D43861">
              <w:rPr>
                <w:rFonts w:ascii="Arial" w:eastAsia="Arial" w:hAnsi="Arial" w:cs="Arial"/>
                <w:b/>
                <w:bCs/>
                <w:lang w:val="tr-TR" w:eastAsia="tr-TR"/>
              </w:rPr>
              <w:t>Giriş Saati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30D0" w14:textId="77777777" w:rsidR="00D43861" w:rsidRPr="00D43861" w:rsidRDefault="00D43861" w:rsidP="00D4386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lang w:val="tr-TR" w:eastAsia="tr-TR"/>
              </w:rPr>
            </w:pPr>
            <w:r w:rsidRPr="00D43861">
              <w:rPr>
                <w:rFonts w:ascii="Arial" w:eastAsia="Arial" w:hAnsi="Arial" w:cs="Arial"/>
                <w:b/>
                <w:bCs/>
                <w:lang w:val="tr-TR" w:eastAsia="tr-TR"/>
              </w:rPr>
              <w:t>Çıkış Saati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75DF3" w14:textId="77777777" w:rsidR="00D43861" w:rsidRPr="00D43861" w:rsidRDefault="00D43861" w:rsidP="00D4386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lang w:val="tr-TR" w:eastAsia="tr-TR"/>
              </w:rPr>
            </w:pPr>
            <w:r w:rsidRPr="00D43861">
              <w:rPr>
                <w:rFonts w:ascii="Arial" w:eastAsia="Arial" w:hAnsi="Arial" w:cs="Arial"/>
                <w:b/>
                <w:bCs/>
                <w:lang w:val="tr-TR" w:eastAsia="tr-TR"/>
              </w:rPr>
              <w:t>İmza</w:t>
            </w:r>
          </w:p>
        </w:tc>
      </w:tr>
      <w:tr w:rsidR="00D43861" w:rsidRPr="00D43861" w14:paraId="55936429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E4DF8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1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1EF2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0464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57BA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53EF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D2AEC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48B7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7CF29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6D6DC96C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653E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2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C5E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AECB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8BC84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4F417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CB8E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1DF14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7C99A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6F86AC3D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52215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3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93E3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3D157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D3E4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7B123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3675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0C728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50CBE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5CF6A6DE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A8A7C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4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F874C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636B1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CF419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D4E15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93DC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45721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F8AA4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55B5B53C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C850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5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99EAA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8B04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8449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F090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C8A85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AF1B9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82525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2C9A580C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6B2DD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6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889A0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819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C35C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6F3E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87129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A1639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36AF1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63345A90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09C8D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7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2AA8C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58C6E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9546C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85B6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195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31A48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41E89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7AA6B3C6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33C9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8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98B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3C4F3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7616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EFC1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AAD8E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116E7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84833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3C8F0699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BBEA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9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E9D2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0DF9A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EF46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21A7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DA70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F014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02381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4FEF0245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CE34A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10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86134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5E12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A95A3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889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33AA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1A6A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2BE1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23814F24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6FF5D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11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F54A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F312E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E997C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19D7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3273E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6313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67273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223EFE6B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5ECBD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12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7E2FD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C01AE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328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40F01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686A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762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CD47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03C59620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32303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13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3299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07215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567BE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9D53D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6709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AD648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B5841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5F2856A0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FB4D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14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1A339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F8AEA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0F83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0361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7185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CDC15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3C062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  <w:tr w:rsidR="00D43861" w:rsidRPr="00D43861" w14:paraId="0B63466C" w14:textId="77777777" w:rsidTr="00D43861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2EF7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  <w:r w:rsidRPr="00D43861">
              <w:rPr>
                <w:rFonts w:ascii="Arial" w:eastAsia="Arial" w:hAnsi="Arial" w:cs="Arial"/>
                <w:lang w:val="tr-TR" w:eastAsia="tr-TR"/>
              </w:rPr>
              <w:t>15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6705B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167F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8CBE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2EE26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71F78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EF538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228C8" w14:textId="77777777" w:rsidR="00D43861" w:rsidRPr="00D43861" w:rsidRDefault="00D43861" w:rsidP="00D43861">
            <w:pPr>
              <w:spacing w:after="0"/>
              <w:rPr>
                <w:rFonts w:ascii="Arial" w:eastAsia="Arial" w:hAnsi="Arial" w:cs="Arial"/>
                <w:lang w:val="tr-TR" w:eastAsia="tr-TR"/>
              </w:rPr>
            </w:pPr>
          </w:p>
        </w:tc>
      </w:tr>
    </w:tbl>
    <w:p w14:paraId="28339C93" w14:textId="153D6836" w:rsidR="00D43861" w:rsidRDefault="00D43861" w:rsidP="00D43861">
      <w:pPr>
        <w:numPr>
          <w:ilvl w:val="0"/>
          <w:numId w:val="10"/>
        </w:numPr>
        <w:spacing w:after="0"/>
      </w:pPr>
      <w:r>
        <w:t>Laboratuvara giriş yapan her ziyaretçinin bu çizelgeyi doldurması zorunludur.</w:t>
      </w:r>
    </w:p>
    <w:p w14:paraId="5F0A79D5" w14:textId="77777777" w:rsidR="00D43861" w:rsidRDefault="00D43861" w:rsidP="00D43861">
      <w:pPr>
        <w:numPr>
          <w:ilvl w:val="0"/>
          <w:numId w:val="10"/>
        </w:numPr>
        <w:spacing w:after="0"/>
      </w:pPr>
      <w:r>
        <w:t xml:space="preserve">Ziyaretçiler, laboratuvar içerisinde bulundukları süre boyunca ilgili laboratuvarın </w:t>
      </w:r>
      <w:r>
        <w:rPr>
          <w:b/>
          <w:bCs/>
        </w:rPr>
        <w:t>İSG Talimatnamesine</w:t>
      </w:r>
      <w:r>
        <w:t xml:space="preserve"> ve </w:t>
      </w:r>
      <w:r>
        <w:rPr>
          <w:b/>
          <w:bCs/>
        </w:rPr>
        <w:t>KKD kullanım kurallarına</w:t>
      </w:r>
      <w:r>
        <w:t xml:space="preserve"> uymakla yükümlüdür.</w:t>
      </w:r>
    </w:p>
    <w:p w14:paraId="2FF0D6B1" w14:textId="77777777" w:rsidR="00D43861" w:rsidRDefault="00D43861" w:rsidP="00D43861">
      <w:pPr>
        <w:numPr>
          <w:ilvl w:val="0"/>
          <w:numId w:val="10"/>
        </w:numPr>
        <w:spacing w:after="0"/>
      </w:pPr>
      <w:r>
        <w:t>Önlük ve kapalı ayakkabı kullanımı tüm laboratuvar alanları için zorunludur.</w:t>
      </w:r>
    </w:p>
    <w:p w14:paraId="456916DF" w14:textId="77777777" w:rsidR="00D43861" w:rsidRDefault="00D43861" w:rsidP="00D43861">
      <w:pPr>
        <w:numPr>
          <w:ilvl w:val="0"/>
          <w:numId w:val="10"/>
        </w:numPr>
        <w:spacing w:after="0"/>
      </w:pPr>
      <w:r>
        <w:t>Acil bir durum oluşması halinde derhal laboratuvar sorumlusuna bilgi verilmelidir.</w:t>
      </w:r>
    </w:p>
    <w:sectPr w:rsidR="00D43861" w:rsidSect="00D43861">
      <w:headerReference w:type="default" r:id="rId10"/>
      <w:pgSz w:w="12240" w:h="15840"/>
      <w:pgMar w:top="1440" w:right="1800" w:bottom="1440" w:left="1800" w:header="39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9EA582" w14:textId="77777777" w:rsidR="00DB72B1" w:rsidRDefault="00DB72B1" w:rsidP="00D43861">
      <w:pPr>
        <w:spacing w:after="0" w:line="240" w:lineRule="auto"/>
      </w:pPr>
      <w:r>
        <w:separator/>
      </w:r>
    </w:p>
  </w:endnote>
  <w:endnote w:type="continuationSeparator" w:id="0">
    <w:p w14:paraId="7E81613E" w14:textId="77777777" w:rsidR="00DB72B1" w:rsidRDefault="00DB72B1" w:rsidP="00D43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A3F2CA" w14:textId="77777777" w:rsidR="00DB72B1" w:rsidRDefault="00DB72B1" w:rsidP="00D43861">
      <w:pPr>
        <w:spacing w:after="0" w:line="240" w:lineRule="auto"/>
      </w:pPr>
      <w:r>
        <w:separator/>
      </w:r>
    </w:p>
  </w:footnote>
  <w:footnote w:type="continuationSeparator" w:id="0">
    <w:p w14:paraId="5C49FD92" w14:textId="77777777" w:rsidR="00DB72B1" w:rsidRDefault="00DB72B1" w:rsidP="00D43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13ADF" w14:textId="7F69E3D2" w:rsidR="00574348" w:rsidRDefault="00574348">
    <w:pPr>
      <w:pStyle w:val="stBilgi"/>
    </w:pPr>
    <w:r>
      <w:t>EK5</w:t>
    </w:r>
  </w:p>
  <w:p w14:paraId="3D9A6199" w14:textId="77777777" w:rsidR="00574348" w:rsidRDefault="005743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2F6894"/>
    <w:multiLevelType w:val="multilevel"/>
    <w:tmpl w:val="984E736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000622730">
    <w:abstractNumId w:val="8"/>
  </w:num>
  <w:num w:numId="2" w16cid:durableId="443312652">
    <w:abstractNumId w:val="6"/>
  </w:num>
  <w:num w:numId="3" w16cid:durableId="1042287957">
    <w:abstractNumId w:val="5"/>
  </w:num>
  <w:num w:numId="4" w16cid:durableId="1362826538">
    <w:abstractNumId w:val="4"/>
  </w:num>
  <w:num w:numId="5" w16cid:durableId="1217473731">
    <w:abstractNumId w:val="7"/>
  </w:num>
  <w:num w:numId="6" w16cid:durableId="355810112">
    <w:abstractNumId w:val="3"/>
  </w:num>
  <w:num w:numId="7" w16cid:durableId="2134519105">
    <w:abstractNumId w:val="2"/>
  </w:num>
  <w:num w:numId="8" w16cid:durableId="137308897">
    <w:abstractNumId w:val="1"/>
  </w:num>
  <w:num w:numId="9" w16cid:durableId="1905024323">
    <w:abstractNumId w:val="0"/>
  </w:num>
  <w:num w:numId="10" w16cid:durableId="76265196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1E7"/>
    <w:rsid w:val="0015074B"/>
    <w:rsid w:val="0029639D"/>
    <w:rsid w:val="002E38D9"/>
    <w:rsid w:val="003160DD"/>
    <w:rsid w:val="00326F90"/>
    <w:rsid w:val="0032737E"/>
    <w:rsid w:val="00375ADA"/>
    <w:rsid w:val="0046316B"/>
    <w:rsid w:val="004B477E"/>
    <w:rsid w:val="00574348"/>
    <w:rsid w:val="005C075A"/>
    <w:rsid w:val="0063504C"/>
    <w:rsid w:val="007808D3"/>
    <w:rsid w:val="00AA1D8D"/>
    <w:rsid w:val="00B47730"/>
    <w:rsid w:val="00BF5A19"/>
    <w:rsid w:val="00C05095"/>
    <w:rsid w:val="00CB0664"/>
    <w:rsid w:val="00CF083B"/>
    <w:rsid w:val="00D43861"/>
    <w:rsid w:val="00DB72B1"/>
    <w:rsid w:val="00DE7E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2C590C5-367E-FD4A-A108-F95B6A80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ÖZGE ÖZŞEN BATUR</cp:lastModifiedBy>
  <cp:revision>4</cp:revision>
  <dcterms:created xsi:type="dcterms:W3CDTF">2026-04-15T09:24:00Z</dcterms:created>
  <dcterms:modified xsi:type="dcterms:W3CDTF">2026-08-14T13:32:00Z</dcterms:modified>
  <cp:category/>
</cp:coreProperties>
</file>