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-63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5493"/>
        <w:gridCol w:w="1517"/>
        <w:gridCol w:w="1072"/>
      </w:tblGrid>
      <w:tr w:rsidR="006161DB" w:rsidRPr="00EF57E6" w14:paraId="0DDA69DF" w14:textId="77777777" w:rsidTr="00DA252C">
        <w:trPr>
          <w:trHeight w:val="232"/>
        </w:trPr>
        <w:tc>
          <w:tcPr>
            <w:tcW w:w="1836" w:type="dxa"/>
            <w:vMerge w:val="restart"/>
            <w:tcBorders>
              <w:right w:val="nil"/>
            </w:tcBorders>
          </w:tcPr>
          <w:p w14:paraId="42541576" w14:textId="77777777" w:rsidR="006161DB" w:rsidRPr="00EF57E6" w:rsidRDefault="006161DB" w:rsidP="00DA252C">
            <w:pPr>
              <w:rPr>
                <w:sz w:val="20"/>
                <w:szCs w:val="20"/>
              </w:rPr>
            </w:pPr>
            <w:bookmarkStart w:id="0" w:name="_Hlk219202751"/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F8696AD" wp14:editId="494F6774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116205</wp:posOffset>
                  </wp:positionV>
                  <wp:extent cx="1028700" cy="1028700"/>
                  <wp:effectExtent l="0" t="0" r="0" b="0"/>
                  <wp:wrapTight wrapText="bothSides">
                    <wp:wrapPolygon edited="0">
                      <wp:start x="8267" y="0"/>
                      <wp:lineTo x="5867" y="800"/>
                      <wp:lineTo x="1600" y="3467"/>
                      <wp:lineTo x="0" y="8000"/>
                      <wp:lineTo x="0" y="13333"/>
                      <wp:lineTo x="1600" y="17867"/>
                      <wp:lineTo x="7200" y="21333"/>
                      <wp:lineTo x="8533" y="21333"/>
                      <wp:lineTo x="12800" y="21333"/>
                      <wp:lineTo x="14133" y="21333"/>
                      <wp:lineTo x="19733" y="17867"/>
                      <wp:lineTo x="21333" y="13333"/>
                      <wp:lineTo x="21333" y="8000"/>
                      <wp:lineTo x="20000" y="3733"/>
                      <wp:lineTo x="15467" y="800"/>
                      <wp:lineTo x="13067" y="0"/>
                      <wp:lineTo x="8267" y="0"/>
                    </wp:wrapPolygon>
                  </wp:wrapTight>
                  <wp:docPr id="1787425778" name="Picture 1" descr="Kurumsal Kimlik | Eskişehir Osmangazi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PIYLaPTAKsmIxc8PhYK2yA0_17" descr="Kurumsal Kimlik | Eskişehir Osmangazi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CFEFF"/>
                              </a:clrFrom>
                              <a:clrTo>
                                <a:srgbClr val="FCFE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7E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0640A99B" wp14:editId="79B75853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26035</wp:posOffset>
                      </wp:positionV>
                      <wp:extent cx="240665" cy="237490"/>
                      <wp:effectExtent l="0" t="0" r="0" b="0"/>
                      <wp:wrapNone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66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DFE57B" w14:textId="77777777" w:rsidR="006161DB" w:rsidRDefault="006161DB" w:rsidP="006161DB"/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40A9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1.45pt;margin-top:2.05pt;width:18.95pt;height:18.7pt;z-index:-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" filled="f" stroked="f">
                      <v:textbox style="mso-fit-shape-to-text:t">
                        <w:txbxContent>
                          <w:p w14:paraId="5EDFE57B" w14:textId="77777777" w:rsidR="006161DB" w:rsidRDefault="006161DB" w:rsidP="006161D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93" w:type="dxa"/>
            <w:vMerge w:val="restart"/>
            <w:tcBorders>
              <w:left w:val="nil"/>
            </w:tcBorders>
            <w:vAlign w:val="center"/>
          </w:tcPr>
          <w:p w14:paraId="2EC8170D" w14:textId="77777777" w:rsidR="006161DB" w:rsidRPr="007F4AB3" w:rsidRDefault="006161DB" w:rsidP="00DA252C">
            <w:pPr>
              <w:spacing w:line="228" w:lineRule="auto"/>
              <w:jc w:val="center"/>
              <w:rPr>
                <w:b/>
              </w:rPr>
            </w:pPr>
            <w:r w:rsidRPr="007F4AB3">
              <w:rPr>
                <w:b/>
              </w:rPr>
              <w:t>T.C.</w:t>
            </w:r>
          </w:p>
          <w:p w14:paraId="4D2916A1" w14:textId="77777777" w:rsidR="006161DB" w:rsidRPr="007F4AB3" w:rsidRDefault="006161DB" w:rsidP="00DA252C">
            <w:pPr>
              <w:spacing w:line="228" w:lineRule="auto"/>
              <w:jc w:val="center"/>
              <w:rPr>
                <w:b/>
              </w:rPr>
            </w:pPr>
            <w:r w:rsidRPr="007F4AB3">
              <w:rPr>
                <w:b/>
              </w:rPr>
              <w:t xml:space="preserve"> ESKİŞEHİR OSMANGAZİ ÜNİVERSİTESİ </w:t>
            </w:r>
          </w:p>
          <w:p w14:paraId="3C55EE36" w14:textId="77777777" w:rsidR="006161DB" w:rsidRPr="00EF57E6" w:rsidRDefault="006161DB" w:rsidP="00DA252C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FEN FAKÜLTESİ </w:t>
            </w:r>
          </w:p>
        </w:tc>
        <w:tc>
          <w:tcPr>
            <w:tcW w:w="1517" w:type="dxa"/>
            <w:vAlign w:val="center"/>
          </w:tcPr>
          <w:p w14:paraId="47A071A5" w14:textId="77777777" w:rsidR="006161DB" w:rsidRPr="00EF57E6" w:rsidRDefault="006161DB" w:rsidP="00DA252C">
            <w:pPr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DOKÜMAN NO</w:t>
            </w:r>
          </w:p>
        </w:tc>
        <w:tc>
          <w:tcPr>
            <w:tcW w:w="1072" w:type="dxa"/>
            <w:vAlign w:val="center"/>
          </w:tcPr>
          <w:p w14:paraId="7134B396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6161DB" w:rsidRPr="00EF57E6" w14:paraId="187A79EB" w14:textId="77777777" w:rsidTr="00DA252C">
        <w:trPr>
          <w:trHeight w:val="232"/>
        </w:trPr>
        <w:tc>
          <w:tcPr>
            <w:tcW w:w="1836" w:type="dxa"/>
            <w:vMerge/>
            <w:tcBorders>
              <w:right w:val="nil"/>
            </w:tcBorders>
          </w:tcPr>
          <w:p w14:paraId="0F1C448A" w14:textId="77777777" w:rsidR="006161DB" w:rsidRPr="00EF57E6" w:rsidRDefault="006161DB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4A7E2245" w14:textId="77777777" w:rsidR="006161DB" w:rsidRPr="00EF57E6" w:rsidRDefault="006161DB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63F59D7C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YAYIN TARİHİ</w:t>
            </w:r>
          </w:p>
        </w:tc>
        <w:tc>
          <w:tcPr>
            <w:tcW w:w="1072" w:type="dxa"/>
            <w:vAlign w:val="center"/>
          </w:tcPr>
          <w:p w14:paraId="60A797E1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6161DB" w:rsidRPr="00EF57E6" w14:paraId="2621AF5E" w14:textId="77777777" w:rsidTr="00DA252C">
        <w:trPr>
          <w:trHeight w:val="233"/>
        </w:trPr>
        <w:tc>
          <w:tcPr>
            <w:tcW w:w="1836" w:type="dxa"/>
            <w:vMerge/>
            <w:tcBorders>
              <w:right w:val="nil"/>
            </w:tcBorders>
          </w:tcPr>
          <w:p w14:paraId="2DA3E46B" w14:textId="77777777" w:rsidR="006161DB" w:rsidRPr="00EF57E6" w:rsidRDefault="006161DB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037EB19E" w14:textId="77777777" w:rsidR="006161DB" w:rsidRPr="00EF57E6" w:rsidRDefault="006161DB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2E70BE96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NO</w:t>
            </w:r>
          </w:p>
        </w:tc>
        <w:tc>
          <w:tcPr>
            <w:tcW w:w="1072" w:type="dxa"/>
            <w:vAlign w:val="center"/>
          </w:tcPr>
          <w:p w14:paraId="364C3F35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6161DB" w:rsidRPr="00EF57E6" w14:paraId="7E0B0669" w14:textId="77777777" w:rsidTr="00DA252C">
        <w:trPr>
          <w:trHeight w:val="232"/>
        </w:trPr>
        <w:tc>
          <w:tcPr>
            <w:tcW w:w="1836" w:type="dxa"/>
            <w:vMerge/>
            <w:tcBorders>
              <w:right w:val="nil"/>
            </w:tcBorders>
          </w:tcPr>
          <w:p w14:paraId="75517E30" w14:textId="77777777" w:rsidR="006161DB" w:rsidRPr="00EF57E6" w:rsidRDefault="006161DB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5262FDDC" w14:textId="77777777" w:rsidR="006161DB" w:rsidRPr="00EF57E6" w:rsidRDefault="006161DB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3AB1B5AB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TAR.</w:t>
            </w:r>
          </w:p>
        </w:tc>
        <w:tc>
          <w:tcPr>
            <w:tcW w:w="1072" w:type="dxa"/>
            <w:vAlign w:val="center"/>
          </w:tcPr>
          <w:p w14:paraId="4E93254E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6161DB" w:rsidRPr="00EF57E6" w14:paraId="2F7CBDB5" w14:textId="77777777" w:rsidTr="00DA252C">
        <w:trPr>
          <w:trHeight w:val="233"/>
        </w:trPr>
        <w:tc>
          <w:tcPr>
            <w:tcW w:w="1836" w:type="dxa"/>
            <w:vMerge/>
            <w:tcBorders>
              <w:right w:val="nil"/>
            </w:tcBorders>
          </w:tcPr>
          <w:p w14:paraId="0801EBA0" w14:textId="77777777" w:rsidR="006161DB" w:rsidRPr="00EF57E6" w:rsidRDefault="006161DB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4CB907CE" w14:textId="77777777" w:rsidR="006161DB" w:rsidRPr="00EF57E6" w:rsidRDefault="006161DB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716D49E4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SAYFA</w:t>
            </w:r>
          </w:p>
        </w:tc>
        <w:tc>
          <w:tcPr>
            <w:tcW w:w="1072" w:type="dxa"/>
            <w:vAlign w:val="center"/>
          </w:tcPr>
          <w:p w14:paraId="08B8AACA" w14:textId="77777777" w:rsidR="006161DB" w:rsidRPr="00EF57E6" w:rsidRDefault="006161DB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PAGE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  <w:r w:rsidRPr="00780B98">
              <w:rPr>
                <w:b/>
                <w:sz w:val="16"/>
                <w:szCs w:val="16"/>
              </w:rPr>
              <w:t xml:space="preserve"> / </w:t>
            </w: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NUMPAGES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</w:p>
        </w:tc>
      </w:tr>
    </w:tbl>
    <w:bookmarkEnd w:id="0"/>
    <w:p w14:paraId="2FB05569" w14:textId="703BC453" w:rsidR="00E154D2" w:rsidRDefault="00173E35" w:rsidP="006161DB">
      <w:pPr>
        <w:pStyle w:val="Balk1"/>
        <w:spacing w:line="480" w:lineRule="auto"/>
        <w:jc w:val="center"/>
      </w:pPr>
      <w:r>
        <w:t xml:space="preserve">Kimyasal </w:t>
      </w:r>
      <w:proofErr w:type="spellStart"/>
      <w:r>
        <w:t>Güvenliği</w:t>
      </w:r>
      <w:proofErr w:type="spellEnd"/>
      <w:r>
        <w:t xml:space="preserve"> </w:t>
      </w:r>
      <w:proofErr w:type="spellStart"/>
      <w:r>
        <w:t>Eğitimi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ve Beyan </w:t>
      </w:r>
      <w:proofErr w:type="spellStart"/>
      <w:r>
        <w:t>Formu</w:t>
      </w:r>
      <w:proofErr w:type="spellEnd"/>
    </w:p>
    <w:tbl>
      <w:tblPr>
        <w:tblStyle w:val="TabloKlavuzu"/>
        <w:tblpPr w:leftFromText="141" w:rightFromText="141" w:vertAnchor="text" w:horzAnchor="margin" w:tblpY="8170"/>
        <w:tblW w:w="10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3"/>
        <w:gridCol w:w="4181"/>
        <w:gridCol w:w="1927"/>
        <w:gridCol w:w="1927"/>
      </w:tblGrid>
      <w:tr w:rsidR="006161DB" w14:paraId="171634C1" w14:textId="77777777" w:rsidTr="006161DB">
        <w:trPr>
          <w:trHeight w:val="372"/>
        </w:trPr>
        <w:tc>
          <w:tcPr>
            <w:tcW w:w="2873" w:type="dxa"/>
          </w:tcPr>
          <w:p w14:paraId="1FE95F95" w14:textId="0A0670C3" w:rsidR="006161DB" w:rsidRPr="006161DB" w:rsidRDefault="008312E1" w:rsidP="006161DB">
            <w:pPr>
              <w:spacing w:line="48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Sorumlu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Öğretim</w:t>
            </w:r>
            <w:proofErr w:type="spellEnd"/>
            <w:r>
              <w:rPr>
                <w:b/>
                <w:bCs/>
              </w:rPr>
              <w:t xml:space="preserve"> Üyesi</w:t>
            </w:r>
            <w:r w:rsidR="006161DB" w:rsidRPr="006161DB">
              <w:rPr>
                <w:b/>
                <w:bCs/>
              </w:rPr>
              <w:t>;</w:t>
            </w:r>
          </w:p>
          <w:p w14:paraId="57048CED" w14:textId="77777777" w:rsidR="006161DB" w:rsidRDefault="006161DB" w:rsidP="006161DB">
            <w:pPr>
              <w:spacing w:line="480" w:lineRule="auto"/>
            </w:pPr>
            <w:proofErr w:type="spellStart"/>
            <w:r>
              <w:t>Ad</w:t>
            </w:r>
            <w:proofErr w:type="spellEnd"/>
            <w:r>
              <w:t xml:space="preserve"> Soyad:</w:t>
            </w:r>
          </w:p>
        </w:tc>
        <w:tc>
          <w:tcPr>
            <w:tcW w:w="4181" w:type="dxa"/>
          </w:tcPr>
          <w:p w14:paraId="4DE5A22F" w14:textId="5ADE204B" w:rsidR="006161DB" w:rsidRPr="006161DB" w:rsidRDefault="006161DB" w:rsidP="006161DB">
            <w:pPr>
              <w:spacing w:line="480" w:lineRule="auto"/>
              <w:rPr>
                <w:b/>
                <w:bCs/>
              </w:rPr>
            </w:pPr>
            <w:r>
              <w:t xml:space="preserve">                                    </w:t>
            </w:r>
            <w:proofErr w:type="spellStart"/>
            <w:r w:rsidRPr="006161DB">
              <w:rPr>
                <w:b/>
                <w:bCs/>
              </w:rPr>
              <w:t>Öğrenci</w:t>
            </w:r>
            <w:proofErr w:type="spellEnd"/>
            <w:r w:rsidRPr="006161DB">
              <w:rPr>
                <w:b/>
                <w:bCs/>
              </w:rPr>
              <w:t>;</w:t>
            </w:r>
          </w:p>
          <w:p w14:paraId="7D8BBEE9" w14:textId="4EBAAC18" w:rsidR="006161DB" w:rsidRDefault="006161DB" w:rsidP="006161DB">
            <w:r>
              <w:t xml:space="preserve">                                    </w:t>
            </w:r>
            <w:proofErr w:type="spellStart"/>
            <w:r>
              <w:t>Ad</w:t>
            </w:r>
            <w:proofErr w:type="spellEnd"/>
            <w:r>
              <w:t xml:space="preserve"> </w:t>
            </w:r>
            <w:proofErr w:type="spellStart"/>
            <w:r>
              <w:t>Soyad</w:t>
            </w:r>
            <w:proofErr w:type="spellEnd"/>
            <w:r>
              <w:t>:</w:t>
            </w:r>
          </w:p>
        </w:tc>
        <w:tc>
          <w:tcPr>
            <w:tcW w:w="1927" w:type="dxa"/>
          </w:tcPr>
          <w:p w14:paraId="72A9CCB8" w14:textId="77777777" w:rsidR="006161DB" w:rsidRDefault="006161DB" w:rsidP="006161DB"/>
        </w:tc>
        <w:tc>
          <w:tcPr>
            <w:tcW w:w="1927" w:type="dxa"/>
          </w:tcPr>
          <w:p w14:paraId="7527E8AD" w14:textId="79ACBBB3" w:rsidR="006161DB" w:rsidRDefault="006161DB" w:rsidP="006161DB"/>
        </w:tc>
      </w:tr>
      <w:tr w:rsidR="006161DB" w14:paraId="4CC149A7" w14:textId="77777777" w:rsidTr="006161DB">
        <w:trPr>
          <w:trHeight w:val="388"/>
        </w:trPr>
        <w:tc>
          <w:tcPr>
            <w:tcW w:w="2873" w:type="dxa"/>
          </w:tcPr>
          <w:p w14:paraId="49F285FD" w14:textId="77777777" w:rsidR="006161DB" w:rsidRDefault="006161DB" w:rsidP="006161DB">
            <w:pPr>
              <w:spacing w:line="480" w:lineRule="auto"/>
            </w:pPr>
            <w:r>
              <w:t>Tarih:</w:t>
            </w:r>
          </w:p>
        </w:tc>
        <w:tc>
          <w:tcPr>
            <w:tcW w:w="4181" w:type="dxa"/>
          </w:tcPr>
          <w:p w14:paraId="59DA95EF" w14:textId="25A8CD98" w:rsidR="006161DB" w:rsidRDefault="006161DB" w:rsidP="006161DB">
            <w:r>
              <w:t xml:space="preserve">                                    Tarih:</w:t>
            </w:r>
          </w:p>
        </w:tc>
        <w:tc>
          <w:tcPr>
            <w:tcW w:w="1927" w:type="dxa"/>
          </w:tcPr>
          <w:p w14:paraId="110D64D7" w14:textId="77777777" w:rsidR="006161DB" w:rsidRDefault="006161DB" w:rsidP="006161DB"/>
        </w:tc>
        <w:tc>
          <w:tcPr>
            <w:tcW w:w="1927" w:type="dxa"/>
          </w:tcPr>
          <w:p w14:paraId="31B6CC1D" w14:textId="771F9112" w:rsidR="006161DB" w:rsidRDefault="006161DB" w:rsidP="006161DB"/>
        </w:tc>
      </w:tr>
      <w:tr w:rsidR="006161DB" w14:paraId="35F58CC6" w14:textId="77777777" w:rsidTr="006161DB">
        <w:trPr>
          <w:trHeight w:val="372"/>
        </w:trPr>
        <w:tc>
          <w:tcPr>
            <w:tcW w:w="2873" w:type="dxa"/>
          </w:tcPr>
          <w:p w14:paraId="2E3372B2" w14:textId="16C99BEB" w:rsidR="006161DB" w:rsidRDefault="006161DB" w:rsidP="006161DB">
            <w:pPr>
              <w:spacing w:line="480" w:lineRule="auto"/>
            </w:pPr>
            <w:proofErr w:type="spellStart"/>
            <w:r>
              <w:t>İmza</w:t>
            </w:r>
            <w:proofErr w:type="spellEnd"/>
            <w:r>
              <w:t xml:space="preserve">: </w:t>
            </w:r>
          </w:p>
        </w:tc>
        <w:tc>
          <w:tcPr>
            <w:tcW w:w="4181" w:type="dxa"/>
          </w:tcPr>
          <w:p w14:paraId="248706B4" w14:textId="09351B2C" w:rsidR="006161DB" w:rsidRDefault="006161DB" w:rsidP="006161DB">
            <w:r>
              <w:t xml:space="preserve">                                    </w:t>
            </w:r>
            <w:proofErr w:type="spellStart"/>
            <w:r>
              <w:t>İmza</w:t>
            </w:r>
            <w:proofErr w:type="spellEnd"/>
            <w:r>
              <w:t>:</w:t>
            </w:r>
          </w:p>
        </w:tc>
        <w:tc>
          <w:tcPr>
            <w:tcW w:w="1927" w:type="dxa"/>
          </w:tcPr>
          <w:p w14:paraId="087CFF7E" w14:textId="77777777" w:rsidR="006161DB" w:rsidRDefault="006161DB" w:rsidP="006161DB"/>
        </w:tc>
        <w:tc>
          <w:tcPr>
            <w:tcW w:w="1927" w:type="dxa"/>
          </w:tcPr>
          <w:p w14:paraId="6B18EAD3" w14:textId="49E244FA" w:rsidR="006161DB" w:rsidRDefault="006161DB" w:rsidP="006161DB"/>
        </w:tc>
      </w:tr>
    </w:tbl>
    <w:p w14:paraId="300FBD0E" w14:textId="4C98C014" w:rsidR="002F4292" w:rsidRDefault="00173E35" w:rsidP="002F4292">
      <w:pPr>
        <w:spacing w:line="480" w:lineRule="auto"/>
      </w:pPr>
      <w:proofErr w:type="spellStart"/>
      <w:r w:rsidRPr="00005C02">
        <w:rPr>
          <w:b/>
          <w:bCs/>
        </w:rPr>
        <w:t>Eğitim</w:t>
      </w:r>
      <w:proofErr w:type="spellEnd"/>
      <w:r w:rsidRPr="00005C02">
        <w:rPr>
          <w:b/>
          <w:bCs/>
        </w:rPr>
        <w:t xml:space="preserve"> Konusu:</w:t>
      </w:r>
      <w:r>
        <w:t xml:space="preserve"> </w:t>
      </w:r>
      <w:proofErr w:type="spellStart"/>
      <w:r>
        <w:t>Kimyasalların</w:t>
      </w:r>
      <w:proofErr w:type="spellEnd"/>
      <w:r>
        <w:t xml:space="preserve"> </w:t>
      </w:r>
      <w:proofErr w:type="spellStart"/>
      <w:r>
        <w:t>Güvenli</w:t>
      </w:r>
      <w:proofErr w:type="spellEnd"/>
      <w:r>
        <w:t xml:space="preserve"> </w:t>
      </w:r>
      <w:proofErr w:type="spellStart"/>
      <w:r>
        <w:t>Kullanımı</w:t>
      </w:r>
      <w:proofErr w:type="spellEnd"/>
      <w:r>
        <w:t xml:space="preserve">  </w:t>
      </w:r>
      <w:r>
        <w:br/>
      </w:r>
      <w:r w:rsidRPr="00005C02">
        <w:rPr>
          <w:b/>
          <w:bCs/>
        </w:rPr>
        <w:t>Eğitim</w:t>
      </w:r>
      <w:r w:rsidR="006161DB">
        <w:rPr>
          <w:b/>
          <w:bCs/>
        </w:rPr>
        <w:t>i</w:t>
      </w:r>
      <w:r w:rsidRPr="00005C02">
        <w:rPr>
          <w:b/>
          <w:bCs/>
        </w:rPr>
        <w:t xml:space="preserve"> Veren:</w:t>
      </w:r>
      <w:r>
        <w:t xml:space="preserve"> ......................................................  </w:t>
      </w:r>
      <w:r>
        <w:br/>
      </w:r>
      <w:proofErr w:type="spellStart"/>
      <w:r w:rsidRPr="00005C02">
        <w:rPr>
          <w:b/>
          <w:bCs/>
        </w:rPr>
        <w:t>Eğitim</w:t>
      </w:r>
      <w:proofErr w:type="spellEnd"/>
      <w:r w:rsidRPr="00005C02">
        <w:rPr>
          <w:b/>
          <w:bCs/>
        </w:rPr>
        <w:t xml:space="preserve"> Tarihi:</w:t>
      </w:r>
      <w:r>
        <w:t xml:space="preserve"> ....................................................</w:t>
      </w:r>
      <w:r>
        <w:br/>
      </w:r>
      <w:r>
        <w:br/>
      </w:r>
      <w:proofErr w:type="spellStart"/>
      <w:r w:rsidRPr="00005C02">
        <w:rPr>
          <w:b/>
          <w:bCs/>
          <w:u w:val="single"/>
        </w:rPr>
        <w:t>Eğitim</w:t>
      </w:r>
      <w:proofErr w:type="spellEnd"/>
      <w:r w:rsidRPr="00005C02">
        <w:rPr>
          <w:b/>
          <w:bCs/>
          <w:u w:val="single"/>
        </w:rPr>
        <w:t xml:space="preserve"> İçeriği:</w:t>
      </w:r>
      <w:r w:rsidRPr="00005C02">
        <w:rPr>
          <w:b/>
          <w:bCs/>
          <w:u w:val="single"/>
        </w:rPr>
        <w:br/>
      </w:r>
      <w:r>
        <w:t>- MSDS (</w:t>
      </w:r>
      <w:proofErr w:type="spellStart"/>
      <w:r>
        <w:t>Malzeme</w:t>
      </w:r>
      <w:proofErr w:type="spellEnd"/>
      <w:r>
        <w:t xml:space="preserve"> </w:t>
      </w:r>
      <w:proofErr w:type="spellStart"/>
      <w:r>
        <w:t>Güvenlik</w:t>
      </w:r>
      <w:proofErr w:type="spellEnd"/>
      <w:r>
        <w:t xml:space="preserve"> Bilgi Formu) </w:t>
      </w:r>
      <w:proofErr w:type="spellStart"/>
      <w:r>
        <w:t>kullanımı</w:t>
      </w:r>
      <w:proofErr w:type="spellEnd"/>
      <w:r>
        <w:t xml:space="preserve">  </w:t>
      </w:r>
      <w:r>
        <w:br/>
        <w:t xml:space="preserve">- Kimyasal </w:t>
      </w:r>
      <w:proofErr w:type="spellStart"/>
      <w:r>
        <w:t>etiketleme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 </w:t>
      </w:r>
      <w:r>
        <w:br/>
        <w:t xml:space="preserve">- Uygun </w:t>
      </w:r>
      <w:proofErr w:type="spellStart"/>
      <w:r>
        <w:t>saklama</w:t>
      </w:r>
      <w:proofErr w:type="spellEnd"/>
      <w:r>
        <w:t xml:space="preserve"> ve </w:t>
      </w:r>
      <w:proofErr w:type="spellStart"/>
      <w:r>
        <w:t>bertaraf</w:t>
      </w:r>
      <w:proofErr w:type="spellEnd"/>
      <w:r>
        <w:t xml:space="preserve">  </w:t>
      </w:r>
      <w:r>
        <w:br/>
        <w:t xml:space="preserve">- </w:t>
      </w:r>
      <w:proofErr w:type="spellStart"/>
      <w:r>
        <w:t>Dökülme</w:t>
      </w:r>
      <w:proofErr w:type="spellEnd"/>
      <w:r>
        <w:t>/</w:t>
      </w:r>
      <w:proofErr w:type="spellStart"/>
      <w:r>
        <w:t>temas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</w:t>
      </w:r>
      <w:proofErr w:type="spellStart"/>
      <w:r>
        <w:t>yapılacaklar</w:t>
      </w:r>
      <w:proofErr w:type="spellEnd"/>
      <w:r>
        <w:br/>
      </w:r>
      <w:r>
        <w:br/>
      </w:r>
      <w:proofErr w:type="spellStart"/>
      <w:r w:rsidRPr="00005C02">
        <w:rPr>
          <w:b/>
          <w:bCs/>
          <w:u w:val="single"/>
        </w:rPr>
        <w:t>Öğrenci</w:t>
      </w:r>
      <w:proofErr w:type="spellEnd"/>
      <w:r w:rsidRPr="00005C02">
        <w:rPr>
          <w:b/>
          <w:bCs/>
          <w:u w:val="single"/>
        </w:rPr>
        <w:t xml:space="preserve"> </w:t>
      </w:r>
      <w:proofErr w:type="spellStart"/>
      <w:r w:rsidRPr="00005C02">
        <w:rPr>
          <w:b/>
          <w:bCs/>
          <w:u w:val="single"/>
        </w:rPr>
        <w:t>Beyanı</w:t>
      </w:r>
      <w:proofErr w:type="spellEnd"/>
      <w:r w:rsidRPr="00005C02">
        <w:rPr>
          <w:b/>
          <w:bCs/>
          <w:u w:val="single"/>
        </w:rPr>
        <w:t>:</w:t>
      </w:r>
      <w:r w:rsidRPr="00005C02">
        <w:rPr>
          <w:b/>
          <w:bCs/>
          <w:u w:val="single"/>
        </w:rPr>
        <w:br/>
      </w:r>
      <w:r>
        <w:t xml:space="preserve">☐ Kimyasal </w:t>
      </w:r>
      <w:proofErr w:type="spellStart"/>
      <w:r>
        <w:t>güvenliği</w:t>
      </w:r>
      <w:proofErr w:type="spellEnd"/>
      <w:r>
        <w:t xml:space="preserve"> </w:t>
      </w:r>
      <w:proofErr w:type="spellStart"/>
      <w:r>
        <w:t>eğitimi</w:t>
      </w:r>
      <w:proofErr w:type="spellEnd"/>
      <w:r>
        <w:t xml:space="preserve"> </w:t>
      </w:r>
      <w:proofErr w:type="spellStart"/>
      <w:r>
        <w:t>aldım</w:t>
      </w:r>
      <w:proofErr w:type="spellEnd"/>
      <w:r>
        <w:t xml:space="preserve">.  </w:t>
      </w:r>
      <w:r>
        <w:br/>
        <w:t xml:space="preserve">☐ Kimyasal </w:t>
      </w:r>
      <w:proofErr w:type="spellStart"/>
      <w:r>
        <w:t>maddelerle</w:t>
      </w:r>
      <w:proofErr w:type="spellEnd"/>
      <w:r>
        <w:t xml:space="preserve"> </w:t>
      </w:r>
      <w:proofErr w:type="spellStart"/>
      <w:r>
        <w:t>çalışırken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koruyucu</w:t>
      </w:r>
      <w:proofErr w:type="spellEnd"/>
      <w:r>
        <w:t xml:space="preserve"> </w:t>
      </w:r>
      <w:proofErr w:type="spellStart"/>
      <w:r>
        <w:t>donanımları</w:t>
      </w:r>
      <w:proofErr w:type="spellEnd"/>
      <w:r>
        <w:t xml:space="preserve"> </w:t>
      </w:r>
      <w:proofErr w:type="spellStart"/>
      <w:r>
        <w:t>kullanacağım</w:t>
      </w:r>
      <w:proofErr w:type="spellEnd"/>
      <w:r>
        <w:t xml:space="preserve">.  </w:t>
      </w:r>
      <w:r>
        <w:br/>
        <w:t xml:space="preserve">☐ </w:t>
      </w:r>
      <w:proofErr w:type="spellStart"/>
      <w:r>
        <w:t>Kimyasallara</w:t>
      </w:r>
      <w:proofErr w:type="spellEnd"/>
      <w:r>
        <w:t xml:space="preserve"> </w:t>
      </w:r>
      <w:proofErr w:type="spellStart"/>
      <w:r>
        <w:t>dair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prosedürleri</w:t>
      </w:r>
      <w:proofErr w:type="spellEnd"/>
      <w:r>
        <w:t xml:space="preserve"> </w:t>
      </w:r>
      <w:proofErr w:type="spellStart"/>
      <w:r>
        <w:t>bildiğimi</w:t>
      </w:r>
      <w:proofErr w:type="spellEnd"/>
      <w:r>
        <w:t xml:space="preserve"> ve </w:t>
      </w:r>
      <w:proofErr w:type="spellStart"/>
      <w:r>
        <w:t>uygulayacağımı</w:t>
      </w:r>
      <w:proofErr w:type="spellEnd"/>
      <w:r>
        <w:t xml:space="preserve"> </w:t>
      </w:r>
      <w:proofErr w:type="spellStart"/>
      <w:r>
        <w:t>beyan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1AC96108" w14:textId="05F95813" w:rsidR="00E154D2" w:rsidRDefault="00E154D2" w:rsidP="002F4292">
      <w:pPr>
        <w:spacing w:line="480" w:lineRule="auto"/>
      </w:pPr>
    </w:p>
    <w:sectPr w:rsidR="00E154D2" w:rsidSect="00E355B9">
      <w:headerReference w:type="default" r:id="rId9"/>
      <w:pgSz w:w="12240" w:h="15840"/>
      <w:pgMar w:top="1440" w:right="1800" w:bottom="1440" w:left="1800" w:header="44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CFBA54" w14:textId="77777777" w:rsidR="00CA0D10" w:rsidRDefault="00CA0D10" w:rsidP="00C15CE7">
      <w:pPr>
        <w:spacing w:after="0" w:line="240" w:lineRule="auto"/>
      </w:pPr>
      <w:r>
        <w:separator/>
      </w:r>
    </w:p>
  </w:endnote>
  <w:endnote w:type="continuationSeparator" w:id="0">
    <w:p w14:paraId="521A786A" w14:textId="77777777" w:rsidR="00CA0D10" w:rsidRDefault="00CA0D10" w:rsidP="00C15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2F641" w14:textId="77777777" w:rsidR="00CA0D10" w:rsidRDefault="00CA0D10" w:rsidP="00C15CE7">
      <w:pPr>
        <w:spacing w:after="0" w:line="240" w:lineRule="auto"/>
      </w:pPr>
      <w:r>
        <w:separator/>
      </w:r>
    </w:p>
  </w:footnote>
  <w:footnote w:type="continuationSeparator" w:id="0">
    <w:p w14:paraId="5E022865" w14:textId="77777777" w:rsidR="00CA0D10" w:rsidRDefault="00CA0D10" w:rsidP="00C15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8F374" w14:textId="3A936675" w:rsidR="00E355B9" w:rsidRDefault="00E355B9">
    <w:pPr>
      <w:pStyle w:val="stBilgi"/>
    </w:pPr>
    <w:r>
      <w:t>EK3</w:t>
    </w:r>
  </w:p>
  <w:p w14:paraId="405D6A72" w14:textId="77777777" w:rsidR="00C15CE7" w:rsidRDefault="00C15CE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4448620">
    <w:abstractNumId w:val="8"/>
  </w:num>
  <w:num w:numId="2" w16cid:durableId="1580018469">
    <w:abstractNumId w:val="6"/>
  </w:num>
  <w:num w:numId="3" w16cid:durableId="38094618">
    <w:abstractNumId w:val="5"/>
  </w:num>
  <w:num w:numId="4" w16cid:durableId="2015300993">
    <w:abstractNumId w:val="4"/>
  </w:num>
  <w:num w:numId="5" w16cid:durableId="2088839454">
    <w:abstractNumId w:val="7"/>
  </w:num>
  <w:num w:numId="6" w16cid:durableId="462189178">
    <w:abstractNumId w:val="3"/>
  </w:num>
  <w:num w:numId="7" w16cid:durableId="406848410">
    <w:abstractNumId w:val="2"/>
  </w:num>
  <w:num w:numId="8" w16cid:durableId="1470198645">
    <w:abstractNumId w:val="1"/>
  </w:num>
  <w:num w:numId="9" w16cid:durableId="2148996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C02"/>
    <w:rsid w:val="00034616"/>
    <w:rsid w:val="0006063C"/>
    <w:rsid w:val="0015074B"/>
    <w:rsid w:val="00173E35"/>
    <w:rsid w:val="0029639D"/>
    <w:rsid w:val="002F4292"/>
    <w:rsid w:val="002F5D40"/>
    <w:rsid w:val="00326F90"/>
    <w:rsid w:val="0032737E"/>
    <w:rsid w:val="00375ADA"/>
    <w:rsid w:val="005C075A"/>
    <w:rsid w:val="006161DB"/>
    <w:rsid w:val="0063504C"/>
    <w:rsid w:val="008312E1"/>
    <w:rsid w:val="008C50A0"/>
    <w:rsid w:val="009220FC"/>
    <w:rsid w:val="00924B18"/>
    <w:rsid w:val="00AA1D8D"/>
    <w:rsid w:val="00B4386D"/>
    <w:rsid w:val="00B47730"/>
    <w:rsid w:val="00B47F0E"/>
    <w:rsid w:val="00C11AD5"/>
    <w:rsid w:val="00C15CE7"/>
    <w:rsid w:val="00CA0D10"/>
    <w:rsid w:val="00CB0664"/>
    <w:rsid w:val="00E154D2"/>
    <w:rsid w:val="00E355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2C590C5-367E-FD4A-A108-F95B6A80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ÖZGE ÖZŞEN BATUR</cp:lastModifiedBy>
  <cp:revision>5</cp:revision>
  <dcterms:created xsi:type="dcterms:W3CDTF">2026-04-15T08:57:00Z</dcterms:created>
  <dcterms:modified xsi:type="dcterms:W3CDTF">2026-08-14T13:31:00Z</dcterms:modified>
  <cp:category/>
</cp:coreProperties>
</file>